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9FB6F0" w14:textId="77777777" w:rsidR="006B09C5" w:rsidRDefault="006B09C5" w:rsidP="00C42205">
      <w:pPr>
        <w:pStyle w:val="Cmsor1"/>
        <w:jc w:val="center"/>
        <w:rPr>
          <w:rFonts w:ascii="Aptos" w:hAnsi="Aptos"/>
          <w:color w:val="auto"/>
          <w:sz w:val="40"/>
          <w:szCs w:val="40"/>
        </w:rPr>
      </w:pPr>
    </w:p>
    <w:p w14:paraId="05622873" w14:textId="422DA7F3" w:rsidR="003A4C79" w:rsidRPr="00C42205" w:rsidRDefault="00123093" w:rsidP="00123093">
      <w:pPr>
        <w:pStyle w:val="Cmsor1"/>
        <w:tabs>
          <w:tab w:val="center" w:pos="4320"/>
          <w:tab w:val="right" w:pos="8640"/>
        </w:tabs>
        <w:rPr>
          <w:rFonts w:ascii="Aptos" w:hAnsi="Aptos"/>
          <w:color w:val="auto"/>
          <w:sz w:val="40"/>
          <w:szCs w:val="40"/>
        </w:rPr>
      </w:pPr>
      <w:r>
        <w:rPr>
          <w:rFonts w:ascii="Aptos" w:hAnsi="Aptos"/>
          <w:color w:val="auto"/>
          <w:sz w:val="40"/>
          <w:szCs w:val="40"/>
        </w:rPr>
        <w:tab/>
      </w:r>
      <w:r w:rsidR="00A266D4" w:rsidRPr="00C42205">
        <w:rPr>
          <w:rFonts w:ascii="Aptos" w:hAnsi="Aptos"/>
          <w:color w:val="auto"/>
          <w:sz w:val="40"/>
          <w:szCs w:val="40"/>
        </w:rPr>
        <w:t xml:space="preserve">Adatvédelmi </w:t>
      </w:r>
      <w:r>
        <w:rPr>
          <w:rFonts w:ascii="Aptos" w:hAnsi="Aptos"/>
          <w:color w:val="auto"/>
          <w:sz w:val="40"/>
          <w:szCs w:val="40"/>
        </w:rPr>
        <w:t>n</w:t>
      </w:r>
      <w:r w:rsidR="00A266D4" w:rsidRPr="00C42205">
        <w:rPr>
          <w:rFonts w:ascii="Aptos" w:hAnsi="Aptos"/>
          <w:color w:val="auto"/>
          <w:sz w:val="40"/>
          <w:szCs w:val="40"/>
        </w:rPr>
        <w:t>yilatkozat</w:t>
      </w:r>
      <w:r>
        <w:rPr>
          <w:rFonts w:ascii="Aptos" w:hAnsi="Aptos"/>
          <w:color w:val="auto"/>
          <w:sz w:val="40"/>
          <w:szCs w:val="40"/>
        </w:rPr>
        <w:tab/>
      </w:r>
    </w:p>
    <w:p w14:paraId="4EA2897E" w14:textId="77777777" w:rsidR="00A266D4" w:rsidRDefault="00A266D4" w:rsidP="00C42205">
      <w:pPr>
        <w:rPr>
          <w:rFonts w:ascii="Aptos" w:hAnsi="Aptos"/>
          <w:sz w:val="24"/>
          <w:szCs w:val="24"/>
        </w:rPr>
      </w:pPr>
    </w:p>
    <w:p w14:paraId="0A9194FA" w14:textId="77777777" w:rsidR="00BB3CC5" w:rsidRDefault="00A266D4" w:rsidP="00BB3CC5">
      <w:pPr>
        <w:rPr>
          <w:rFonts w:ascii="Aptos" w:hAnsi="Aptos"/>
          <w:sz w:val="24"/>
          <w:szCs w:val="24"/>
        </w:rPr>
      </w:pPr>
      <w:r w:rsidRPr="00C42205">
        <w:rPr>
          <w:rFonts w:ascii="Aptos" w:hAnsi="Aptos"/>
          <w:sz w:val="24"/>
          <w:szCs w:val="24"/>
        </w:rPr>
        <w:t>Alulírott</w:t>
      </w:r>
    </w:p>
    <w:p w14:paraId="21B66892" w14:textId="0E0CF4E5" w:rsidR="003A4C79" w:rsidRPr="00C42205" w:rsidRDefault="00A266D4" w:rsidP="00BB3CC5">
      <w:pPr>
        <w:rPr>
          <w:rFonts w:ascii="Aptos" w:hAnsi="Aptos"/>
          <w:sz w:val="24"/>
          <w:szCs w:val="24"/>
        </w:rPr>
      </w:pPr>
      <w:r w:rsidRPr="00C42205">
        <w:rPr>
          <w:rFonts w:ascii="Aptos" w:hAnsi="Aptos"/>
          <w:sz w:val="24"/>
          <w:szCs w:val="24"/>
        </w:rPr>
        <w:br/>
        <w:t xml:space="preserve">Név: _________________________________ </w:t>
      </w:r>
      <w:r w:rsidRPr="00C42205">
        <w:rPr>
          <w:rFonts w:ascii="Aptos" w:hAnsi="Aptos"/>
          <w:sz w:val="24"/>
          <w:szCs w:val="24"/>
        </w:rPr>
        <w:br/>
        <w:t xml:space="preserve">Születési hely, idő: _________________________________ </w:t>
      </w:r>
      <w:r w:rsidRPr="00C42205">
        <w:rPr>
          <w:rFonts w:ascii="Aptos" w:hAnsi="Aptos"/>
          <w:sz w:val="24"/>
          <w:szCs w:val="24"/>
        </w:rPr>
        <w:br/>
        <w:t xml:space="preserve">Iskola neve: _________________________________ </w:t>
      </w:r>
      <w:r w:rsidRPr="00C42205">
        <w:rPr>
          <w:rFonts w:ascii="Aptos" w:hAnsi="Aptos"/>
          <w:sz w:val="24"/>
          <w:szCs w:val="24"/>
        </w:rPr>
        <w:br/>
      </w:r>
      <w:r w:rsidRPr="00C42205">
        <w:rPr>
          <w:rFonts w:ascii="Aptos" w:hAnsi="Aptos"/>
          <w:sz w:val="24"/>
          <w:szCs w:val="24"/>
        </w:rPr>
        <w:br/>
        <w:t>nyilatkozom, hogy a</w:t>
      </w:r>
      <w:r w:rsidR="00BB3CC5">
        <w:rPr>
          <w:rFonts w:ascii="Aptos" w:hAnsi="Aptos"/>
          <w:sz w:val="24"/>
          <w:szCs w:val="24"/>
        </w:rPr>
        <w:t xml:space="preserve"> </w:t>
      </w:r>
      <w:r w:rsidRPr="00C42205">
        <w:rPr>
          <w:rFonts w:ascii="Aptos" w:hAnsi="Aptos"/>
          <w:sz w:val="24"/>
          <w:szCs w:val="24"/>
        </w:rPr>
        <w:t>Kovács Ferenc Emlékdíj pályázatban való részvételem során a KV Építőipari Kft.</w:t>
      </w:r>
      <w:r w:rsidR="00152E06">
        <w:rPr>
          <w:rFonts w:ascii="Aptos" w:hAnsi="Aptos"/>
          <w:sz w:val="24"/>
          <w:szCs w:val="24"/>
        </w:rPr>
        <w:t xml:space="preserve"> </w:t>
      </w:r>
      <w:r w:rsidR="00AE0F84">
        <w:rPr>
          <w:rFonts w:ascii="Aptos" w:hAnsi="Aptos"/>
          <w:sz w:val="24"/>
          <w:szCs w:val="24"/>
        </w:rPr>
        <w:t xml:space="preserve">(3704 Berente, Ipari út 2, adószám: </w:t>
      </w:r>
      <w:r w:rsidR="00152E06">
        <w:rPr>
          <w:rFonts w:ascii="Aptos" w:hAnsi="Aptos"/>
          <w:sz w:val="24"/>
          <w:szCs w:val="24"/>
        </w:rPr>
        <w:t>10773178-2-05, képviseli: Kovács Ferenc ügyvezető igazgató)</w:t>
      </w:r>
      <w:r w:rsidRPr="00C42205">
        <w:rPr>
          <w:rFonts w:ascii="Aptos" w:hAnsi="Aptos"/>
          <w:sz w:val="24"/>
          <w:szCs w:val="24"/>
        </w:rPr>
        <w:t xml:space="preserve"> által kiadott Adatkezelési </w:t>
      </w:r>
      <w:r w:rsidR="00152E06">
        <w:rPr>
          <w:rFonts w:ascii="Aptos" w:hAnsi="Aptos"/>
          <w:sz w:val="24"/>
          <w:szCs w:val="24"/>
        </w:rPr>
        <w:t>t</w:t>
      </w:r>
      <w:r w:rsidRPr="00C42205">
        <w:rPr>
          <w:rFonts w:ascii="Aptos" w:hAnsi="Aptos"/>
          <w:sz w:val="24"/>
          <w:szCs w:val="24"/>
        </w:rPr>
        <w:t>ájékoztatót megismertem, megértettem és az abban foglaltakat elfogadom.</w:t>
      </w:r>
    </w:p>
    <w:p w14:paraId="6DD663A1" w14:textId="77777777" w:rsidR="003A4C79" w:rsidRPr="00C42205" w:rsidRDefault="00A266D4" w:rsidP="00BB3CC5">
      <w:pPr>
        <w:jc w:val="both"/>
        <w:rPr>
          <w:rFonts w:ascii="Aptos" w:hAnsi="Aptos"/>
          <w:sz w:val="24"/>
          <w:szCs w:val="24"/>
        </w:rPr>
      </w:pPr>
      <w:r w:rsidRPr="00C42205">
        <w:rPr>
          <w:rFonts w:ascii="Aptos" w:hAnsi="Aptos"/>
          <w:sz w:val="24"/>
          <w:szCs w:val="24"/>
        </w:rPr>
        <w:t>Hozzájárulok ahhoz, hogy a pályázatom elbírálása, az eredményhirdetés, valamint a díjazás lebonyolítása céljából a pályázat benyújtásakor megadott adataimat a KV Építőipari Kft. kezelje.</w:t>
      </w:r>
    </w:p>
    <w:p w14:paraId="54B91957" w14:textId="77777777" w:rsidR="003A4C79" w:rsidRPr="00C42205" w:rsidRDefault="00A266D4" w:rsidP="00BB3CC5">
      <w:pPr>
        <w:jc w:val="both"/>
        <w:rPr>
          <w:rFonts w:ascii="Aptos" w:hAnsi="Aptos"/>
          <w:sz w:val="24"/>
          <w:szCs w:val="24"/>
        </w:rPr>
      </w:pPr>
      <w:r w:rsidRPr="00C42205">
        <w:rPr>
          <w:rFonts w:ascii="Aptos" w:hAnsi="Aptos"/>
          <w:sz w:val="24"/>
          <w:szCs w:val="24"/>
        </w:rPr>
        <w:t>Tudomásul veszem, hogy a pályázat eredményének közzététele során a nevemet és iskolám nevét nyilvánosságra hozhatják.</w:t>
      </w:r>
    </w:p>
    <w:p w14:paraId="0DA409D0" w14:textId="77777777" w:rsidR="00C42205" w:rsidRDefault="00C42205" w:rsidP="00C42205">
      <w:pPr>
        <w:rPr>
          <w:rFonts w:ascii="Aptos" w:hAnsi="Aptos"/>
          <w:sz w:val="24"/>
          <w:szCs w:val="24"/>
        </w:rPr>
      </w:pPr>
    </w:p>
    <w:p w14:paraId="05CA56D3" w14:textId="769CA399" w:rsidR="00C42205" w:rsidRDefault="00536ED3" w:rsidP="00C42205">
      <w:pPr>
        <w:rPr>
          <w:rFonts w:ascii="Aptos" w:hAnsi="Aptos"/>
          <w:sz w:val="24"/>
          <w:szCs w:val="24"/>
        </w:rPr>
      </w:pPr>
      <w:r>
        <w:rPr>
          <w:rFonts w:ascii="Aptos" w:hAnsi="Aptos"/>
          <w:sz w:val="24"/>
          <w:szCs w:val="24"/>
        </w:rPr>
        <w:t xml:space="preserve">Kelt: </w:t>
      </w:r>
      <w:r w:rsidR="00010DC3">
        <w:rPr>
          <w:rFonts w:ascii="Aptos" w:hAnsi="Aptos"/>
          <w:sz w:val="24"/>
          <w:szCs w:val="24"/>
        </w:rPr>
        <w:t>_________________</w:t>
      </w:r>
      <w:r w:rsidR="00A266D4" w:rsidRPr="00C42205">
        <w:rPr>
          <w:rFonts w:ascii="Aptos" w:hAnsi="Aptos"/>
          <w:sz w:val="24"/>
          <w:szCs w:val="24"/>
        </w:rPr>
        <w:t>, 2025. ______ hónap _____ nap</w:t>
      </w:r>
      <w:r w:rsidR="00A266D4" w:rsidRPr="00C42205">
        <w:rPr>
          <w:rFonts w:ascii="Aptos" w:hAnsi="Aptos"/>
          <w:sz w:val="24"/>
          <w:szCs w:val="24"/>
        </w:rPr>
        <w:br/>
      </w:r>
      <w:r w:rsidR="00A266D4" w:rsidRPr="00C42205">
        <w:rPr>
          <w:rFonts w:ascii="Aptos" w:hAnsi="Aptos"/>
          <w:sz w:val="24"/>
          <w:szCs w:val="24"/>
        </w:rPr>
        <w:br/>
      </w:r>
    </w:p>
    <w:p w14:paraId="5C0DF033" w14:textId="69192C6E" w:rsidR="003A4C79" w:rsidRPr="00C42205" w:rsidRDefault="00A266D4" w:rsidP="00C42205">
      <w:pPr>
        <w:rPr>
          <w:rFonts w:ascii="Aptos" w:hAnsi="Aptos"/>
          <w:sz w:val="24"/>
          <w:szCs w:val="24"/>
        </w:rPr>
      </w:pPr>
      <w:r w:rsidRPr="00C42205">
        <w:rPr>
          <w:rFonts w:ascii="Aptos" w:hAnsi="Aptos"/>
          <w:sz w:val="24"/>
          <w:szCs w:val="24"/>
        </w:rPr>
        <w:t>Pályázó aláírása: ________________________________</w:t>
      </w:r>
    </w:p>
    <w:sectPr w:rsidR="003A4C79" w:rsidRPr="00C42205" w:rsidSect="00034616"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2F568B" w14:textId="77777777" w:rsidR="00AB4FBF" w:rsidRDefault="00AB4FBF" w:rsidP="00AB4FBF">
      <w:pPr>
        <w:spacing w:after="0" w:line="240" w:lineRule="auto"/>
      </w:pPr>
      <w:r>
        <w:separator/>
      </w:r>
    </w:p>
  </w:endnote>
  <w:endnote w:type="continuationSeparator" w:id="0">
    <w:p w14:paraId="71EDB270" w14:textId="77777777" w:rsidR="00AB4FBF" w:rsidRDefault="00AB4FBF" w:rsidP="00AB4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B04F25" w14:textId="77777777" w:rsidR="00AB4FBF" w:rsidRDefault="00AB4FBF" w:rsidP="00AB4FBF">
      <w:pPr>
        <w:spacing w:after="0" w:line="240" w:lineRule="auto"/>
      </w:pPr>
      <w:r>
        <w:separator/>
      </w:r>
    </w:p>
  </w:footnote>
  <w:footnote w:type="continuationSeparator" w:id="0">
    <w:p w14:paraId="6FF68985" w14:textId="77777777" w:rsidR="00AB4FBF" w:rsidRDefault="00AB4FBF" w:rsidP="00AB4F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A9BC62" w14:textId="7B71CAAF" w:rsidR="00AB4FBF" w:rsidRDefault="00AB4FBF">
    <w:pPr>
      <w:pStyle w:val="lfej"/>
    </w:pPr>
    <w:r>
      <w:rPr>
        <w:noProof/>
      </w:rPr>
      <w:drawing>
        <wp:inline distT="0" distB="0" distL="0" distR="0" wp14:anchorId="722286E8" wp14:editId="319E6419">
          <wp:extent cx="1622039" cy="527538"/>
          <wp:effectExtent l="0" t="0" r="0" b="6350"/>
          <wp:docPr id="719061034" name="Kép 1" descr="A képen Betűtípus, szöveg, Grafika, képernyőkép látható&#10;&#10;Előfordulhat, hogy a mesterséges intelligencia által létrehozott tartalom helytelen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19061034" name="Kép 1" descr="A képen Betűtípus, szöveg, Grafika, képernyőkép látható&#10;&#10;Előfordulhat, hogy a mesterséges intelligencia által létrehozott tartalom helytelen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2597" cy="5342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E06C6">
      <w:rPr>
        <w:noProof/>
      </w:rPr>
      <w:t xml:space="preserve">                                </w:t>
    </w:r>
    <w:r w:rsidR="007E06C6">
      <w:rPr>
        <w:noProof/>
      </w:rPr>
      <w:drawing>
        <wp:inline distT="0" distB="0" distL="0" distR="0" wp14:anchorId="43E18BEE" wp14:editId="3EC1F5AA">
          <wp:extent cx="2872886" cy="507410"/>
          <wp:effectExtent l="0" t="0" r="3810" b="6985"/>
          <wp:docPr id="1441335363" name="Kép 3" descr="A képen Betűtípus, Grafika, Grafikus tervezés, szöveg látható&#10;&#10;Előfordulhat, hogy a mesterséges intelligencia által létrehozott tartalom helytelen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1335363" name="Kép 3" descr="A képen Betűtípus, Grafika, Grafikus tervezés, szöveg látható&#10;&#10;Előfordulhat, hogy a mesterséges intelligencia által létrehozott tartalom helytelen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7052" cy="516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Szmozott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Szmozott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Felsorol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Felsorol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Szmozott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Felsorol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734743526">
    <w:abstractNumId w:val="8"/>
  </w:num>
  <w:num w:numId="2" w16cid:durableId="1304386502">
    <w:abstractNumId w:val="6"/>
  </w:num>
  <w:num w:numId="3" w16cid:durableId="89357670">
    <w:abstractNumId w:val="5"/>
  </w:num>
  <w:num w:numId="4" w16cid:durableId="153035856">
    <w:abstractNumId w:val="4"/>
  </w:num>
  <w:num w:numId="5" w16cid:durableId="1722629946">
    <w:abstractNumId w:val="7"/>
  </w:num>
  <w:num w:numId="6" w16cid:durableId="760950216">
    <w:abstractNumId w:val="3"/>
  </w:num>
  <w:num w:numId="7" w16cid:durableId="2067026719">
    <w:abstractNumId w:val="2"/>
  </w:num>
  <w:num w:numId="8" w16cid:durableId="985889501">
    <w:abstractNumId w:val="1"/>
  </w:num>
  <w:num w:numId="9" w16cid:durableId="15090575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10DC3"/>
    <w:rsid w:val="00034616"/>
    <w:rsid w:val="0006063C"/>
    <w:rsid w:val="00123093"/>
    <w:rsid w:val="0015074B"/>
    <w:rsid w:val="00152E06"/>
    <w:rsid w:val="0029639D"/>
    <w:rsid w:val="00326F90"/>
    <w:rsid w:val="003A4C79"/>
    <w:rsid w:val="004A65DC"/>
    <w:rsid w:val="00536ED3"/>
    <w:rsid w:val="005C067E"/>
    <w:rsid w:val="005E0181"/>
    <w:rsid w:val="00651AA6"/>
    <w:rsid w:val="006B09C5"/>
    <w:rsid w:val="0072722B"/>
    <w:rsid w:val="007E06C6"/>
    <w:rsid w:val="00A266D4"/>
    <w:rsid w:val="00A56A19"/>
    <w:rsid w:val="00AA1D8D"/>
    <w:rsid w:val="00AB4FBF"/>
    <w:rsid w:val="00AE0F84"/>
    <w:rsid w:val="00B47730"/>
    <w:rsid w:val="00BB3CC5"/>
    <w:rsid w:val="00C42205"/>
    <w:rsid w:val="00CB0664"/>
    <w:rsid w:val="00EE5B48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062061"/>
  <w14:defaultImageDpi w14:val="300"/>
  <w15:docId w15:val="{CC1EFE05-BF61-44AD-869B-F79D74396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C693F"/>
  </w:style>
  <w:style w:type="paragraph" w:styleId="Cmsor1">
    <w:name w:val="heading 1"/>
    <w:basedOn w:val="Norml"/>
    <w:next w:val="Norml"/>
    <w:link w:val="Cmsor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618BF"/>
  </w:style>
  <w:style w:type="paragraph" w:styleId="llb">
    <w:name w:val="footer"/>
    <w:basedOn w:val="Norml"/>
    <w:link w:val="llb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E618BF"/>
  </w:style>
  <w:style w:type="paragraph" w:styleId="Nincstrkz">
    <w:name w:val="No Spacing"/>
    <w:uiPriority w:val="1"/>
    <w:qFormat/>
    <w:rsid w:val="00FC693F"/>
    <w:pPr>
      <w:spacing w:after="0" w:line="240" w:lineRule="auto"/>
    </w:pPr>
  </w:style>
  <w:style w:type="character" w:customStyle="1" w:styleId="Cmsor1Char">
    <w:name w:val="Címsor 1 Char"/>
    <w:basedOn w:val="Bekezdsalapbettpusa"/>
    <w:link w:val="Cmsor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msor2Char">
    <w:name w:val="Címsor 2 Char"/>
    <w:basedOn w:val="Bekezdsalapbettpusa"/>
    <w:link w:val="Cmsor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Cm">
    <w:name w:val="Title"/>
    <w:basedOn w:val="Norml"/>
    <w:next w:val="Norml"/>
    <w:link w:val="Cm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mChar">
    <w:name w:val="Cím Char"/>
    <w:basedOn w:val="Bekezdsalapbettpusa"/>
    <w:link w:val="Cm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cm">
    <w:name w:val="Subtitle"/>
    <w:basedOn w:val="Norml"/>
    <w:next w:val="Norml"/>
    <w:link w:val="Alcm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cmChar">
    <w:name w:val="Alcím Char"/>
    <w:basedOn w:val="Bekezdsalapbettpusa"/>
    <w:link w:val="Alcm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aszerbekezds">
    <w:name w:val="List Paragraph"/>
    <w:basedOn w:val="Norml"/>
    <w:uiPriority w:val="34"/>
    <w:qFormat/>
    <w:rsid w:val="00FC693F"/>
    <w:pPr>
      <w:ind w:left="720"/>
      <w:contextualSpacing/>
    </w:pPr>
  </w:style>
  <w:style w:type="paragraph" w:styleId="Szvegtrzs">
    <w:name w:val="Body Text"/>
    <w:basedOn w:val="Norml"/>
    <w:link w:val="SzvegtrzsChar"/>
    <w:uiPriority w:val="99"/>
    <w:unhideWhenUsed/>
    <w:rsid w:val="00AA1D8D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rsid w:val="00AA1D8D"/>
  </w:style>
  <w:style w:type="paragraph" w:styleId="Szvegtrzs2">
    <w:name w:val="Body Text 2"/>
    <w:basedOn w:val="Norml"/>
    <w:link w:val="Szvegtrzs2Char"/>
    <w:uiPriority w:val="99"/>
    <w:unhideWhenUsed/>
    <w:rsid w:val="00AA1D8D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AA1D8D"/>
  </w:style>
  <w:style w:type="paragraph" w:styleId="Szvegtrzs3">
    <w:name w:val="Body Text 3"/>
    <w:basedOn w:val="Norml"/>
    <w:link w:val="Szvegtrzs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rsid w:val="00AA1D8D"/>
    <w:rPr>
      <w:sz w:val="16"/>
      <w:szCs w:val="16"/>
    </w:rPr>
  </w:style>
  <w:style w:type="paragraph" w:styleId="Lista">
    <w:name w:val="List"/>
    <w:basedOn w:val="Norml"/>
    <w:uiPriority w:val="99"/>
    <w:unhideWhenUsed/>
    <w:rsid w:val="00AA1D8D"/>
    <w:pPr>
      <w:ind w:left="360" w:hanging="360"/>
      <w:contextualSpacing/>
    </w:pPr>
  </w:style>
  <w:style w:type="paragraph" w:styleId="Lista2">
    <w:name w:val="List 2"/>
    <w:basedOn w:val="Norml"/>
    <w:uiPriority w:val="99"/>
    <w:unhideWhenUsed/>
    <w:rsid w:val="00326F90"/>
    <w:pPr>
      <w:ind w:left="720" w:hanging="360"/>
      <w:contextualSpacing/>
    </w:pPr>
  </w:style>
  <w:style w:type="paragraph" w:styleId="Lista3">
    <w:name w:val="List 3"/>
    <w:basedOn w:val="Norml"/>
    <w:uiPriority w:val="99"/>
    <w:unhideWhenUsed/>
    <w:rsid w:val="00326F90"/>
    <w:pPr>
      <w:ind w:left="1080" w:hanging="360"/>
      <w:contextualSpacing/>
    </w:pPr>
  </w:style>
  <w:style w:type="paragraph" w:styleId="Felsorols">
    <w:name w:val="List Bullet"/>
    <w:basedOn w:val="Norml"/>
    <w:uiPriority w:val="99"/>
    <w:unhideWhenUsed/>
    <w:rsid w:val="00326F90"/>
    <w:pPr>
      <w:numPr>
        <w:numId w:val="1"/>
      </w:numPr>
      <w:contextualSpacing/>
    </w:pPr>
  </w:style>
  <w:style w:type="paragraph" w:styleId="Felsorols2">
    <w:name w:val="List Bullet 2"/>
    <w:basedOn w:val="Norml"/>
    <w:uiPriority w:val="99"/>
    <w:unhideWhenUsed/>
    <w:rsid w:val="00326F90"/>
    <w:pPr>
      <w:numPr>
        <w:numId w:val="2"/>
      </w:numPr>
      <w:contextualSpacing/>
    </w:pPr>
  </w:style>
  <w:style w:type="paragraph" w:styleId="Felsorols3">
    <w:name w:val="List Bullet 3"/>
    <w:basedOn w:val="Norml"/>
    <w:uiPriority w:val="99"/>
    <w:unhideWhenUsed/>
    <w:rsid w:val="00326F90"/>
    <w:pPr>
      <w:numPr>
        <w:numId w:val="3"/>
      </w:numPr>
      <w:contextualSpacing/>
    </w:pPr>
  </w:style>
  <w:style w:type="paragraph" w:styleId="Szmozottlista">
    <w:name w:val="List Number"/>
    <w:basedOn w:val="Norml"/>
    <w:uiPriority w:val="99"/>
    <w:unhideWhenUsed/>
    <w:rsid w:val="00326F90"/>
    <w:pPr>
      <w:numPr>
        <w:numId w:val="5"/>
      </w:numPr>
      <w:contextualSpacing/>
    </w:pPr>
  </w:style>
  <w:style w:type="paragraph" w:styleId="Szmozottlista2">
    <w:name w:val="List Number 2"/>
    <w:basedOn w:val="Norml"/>
    <w:uiPriority w:val="99"/>
    <w:unhideWhenUsed/>
    <w:rsid w:val="0029639D"/>
    <w:pPr>
      <w:numPr>
        <w:numId w:val="6"/>
      </w:numPr>
      <w:contextualSpacing/>
    </w:pPr>
  </w:style>
  <w:style w:type="paragraph" w:styleId="Szmozottlista3">
    <w:name w:val="List Number 3"/>
    <w:basedOn w:val="Norml"/>
    <w:uiPriority w:val="99"/>
    <w:unhideWhenUsed/>
    <w:rsid w:val="0029639D"/>
    <w:pPr>
      <w:numPr>
        <w:numId w:val="7"/>
      </w:numPr>
      <w:contextualSpacing/>
    </w:pPr>
  </w:style>
  <w:style w:type="paragraph" w:styleId="Listafolytatsa">
    <w:name w:val="List Continue"/>
    <w:basedOn w:val="Norml"/>
    <w:uiPriority w:val="99"/>
    <w:unhideWhenUsed/>
    <w:rsid w:val="0029639D"/>
    <w:pPr>
      <w:spacing w:after="120"/>
      <w:ind w:left="360"/>
      <w:contextualSpacing/>
    </w:pPr>
  </w:style>
  <w:style w:type="paragraph" w:styleId="Listafolytatsa2">
    <w:name w:val="List Continue 2"/>
    <w:basedOn w:val="Norml"/>
    <w:uiPriority w:val="99"/>
    <w:unhideWhenUsed/>
    <w:rsid w:val="0029639D"/>
    <w:pPr>
      <w:spacing w:after="120"/>
      <w:ind w:left="720"/>
      <w:contextualSpacing/>
    </w:pPr>
  </w:style>
  <w:style w:type="paragraph" w:styleId="Listafolytatsa3">
    <w:name w:val="List Continue 3"/>
    <w:basedOn w:val="Norml"/>
    <w:uiPriority w:val="99"/>
    <w:unhideWhenUsed/>
    <w:rsid w:val="0029639D"/>
    <w:pPr>
      <w:spacing w:after="120"/>
      <w:ind w:left="1080"/>
      <w:contextualSpacing/>
    </w:pPr>
  </w:style>
  <w:style w:type="paragraph" w:styleId="Makrszvege">
    <w:name w:val="macro"/>
    <w:link w:val="Makrszvege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krszvegeChar">
    <w:name w:val="Makró szövege Char"/>
    <w:basedOn w:val="Bekezdsalapbettpusa"/>
    <w:link w:val="Makrszvege"/>
    <w:uiPriority w:val="99"/>
    <w:rsid w:val="0029639D"/>
    <w:rPr>
      <w:rFonts w:ascii="Courier" w:hAnsi="Courier"/>
      <w:sz w:val="20"/>
      <w:szCs w:val="20"/>
    </w:rPr>
  </w:style>
  <w:style w:type="paragraph" w:styleId="Idzet">
    <w:name w:val="Quote"/>
    <w:basedOn w:val="Norml"/>
    <w:next w:val="Norml"/>
    <w:link w:val="IdzetChar"/>
    <w:uiPriority w:val="29"/>
    <w:qFormat/>
    <w:rsid w:val="00FC693F"/>
    <w:rPr>
      <w:i/>
      <w:iCs/>
      <w:color w:val="000000" w:themeColor="text1"/>
    </w:rPr>
  </w:style>
  <w:style w:type="character" w:customStyle="1" w:styleId="IdzetChar">
    <w:name w:val="Idézet Char"/>
    <w:basedOn w:val="Bekezdsalapbettpusa"/>
    <w:link w:val="Idzet"/>
    <w:uiPriority w:val="29"/>
    <w:rsid w:val="00FC693F"/>
    <w:rPr>
      <w:i/>
      <w:iCs/>
      <w:color w:val="000000" w:themeColor="text1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Kpalrs">
    <w:name w:val="caption"/>
    <w:basedOn w:val="Norml"/>
    <w:next w:val="Norm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Kiemels2">
    <w:name w:val="Strong"/>
    <w:basedOn w:val="Bekezdsalapbettpusa"/>
    <w:uiPriority w:val="22"/>
    <w:qFormat/>
    <w:rsid w:val="00FC693F"/>
    <w:rPr>
      <w:b/>
      <w:bCs/>
    </w:rPr>
  </w:style>
  <w:style w:type="character" w:styleId="Kiemels">
    <w:name w:val="Emphasis"/>
    <w:basedOn w:val="Bekezdsalapbettpusa"/>
    <w:uiPriority w:val="20"/>
    <w:qFormat/>
    <w:rsid w:val="00FC693F"/>
    <w:rPr>
      <w:i/>
      <w:iCs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FC693F"/>
    <w:rPr>
      <w:b/>
      <w:bCs/>
      <w:i/>
      <w:iCs/>
      <w:color w:val="4F81BD" w:themeColor="accent1"/>
    </w:rPr>
  </w:style>
  <w:style w:type="character" w:styleId="Finomkiemels">
    <w:name w:val="Subtle Emphasis"/>
    <w:basedOn w:val="Bekezdsalapbettpusa"/>
    <w:uiPriority w:val="19"/>
    <w:qFormat/>
    <w:rsid w:val="00FC693F"/>
    <w:rPr>
      <w:i/>
      <w:iCs/>
      <w:color w:val="808080" w:themeColor="text1" w:themeTint="7F"/>
    </w:rPr>
  </w:style>
  <w:style w:type="character" w:styleId="Erskiemels">
    <w:name w:val="Intense Emphasis"/>
    <w:basedOn w:val="Bekezdsalapbettpusa"/>
    <w:uiPriority w:val="21"/>
    <w:qFormat/>
    <w:rsid w:val="00FC693F"/>
    <w:rPr>
      <w:b/>
      <w:bCs/>
      <w:i/>
      <w:iCs/>
      <w:color w:val="4F81BD" w:themeColor="accent1"/>
    </w:rPr>
  </w:style>
  <w:style w:type="character" w:styleId="Finomhivatkozs">
    <w:name w:val="Subtle Reference"/>
    <w:basedOn w:val="Bekezdsalapbettpusa"/>
    <w:uiPriority w:val="31"/>
    <w:qFormat/>
    <w:rsid w:val="00FC693F"/>
    <w:rPr>
      <w:smallCaps/>
      <w:color w:val="C0504D" w:themeColor="accent2"/>
      <w:u w:val="single"/>
    </w:rPr>
  </w:style>
  <w:style w:type="character" w:styleId="Ershivatkozs">
    <w:name w:val="Intense Reference"/>
    <w:basedOn w:val="Bekezdsalapbettpusa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Knyvcme">
    <w:name w:val="Book Title"/>
    <w:basedOn w:val="Bekezdsalapbettpusa"/>
    <w:uiPriority w:val="33"/>
    <w:qFormat/>
    <w:rsid w:val="00FC693F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FC693F"/>
    <w:pPr>
      <w:outlineLvl w:val="9"/>
    </w:pPr>
  </w:style>
  <w:style w:type="table" w:styleId="Rcsostblzat">
    <w:name w:val="Table Grid"/>
    <w:basedOn w:val="Normltblzat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Vilgostnus">
    <w:name w:val="Light Shading"/>
    <w:basedOn w:val="Normltblzat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Vilgosrnykols1jellszn">
    <w:name w:val="Light Shading Accent 1"/>
    <w:basedOn w:val="Normltblzat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Vilgosrnykols2jellszn">
    <w:name w:val="Light Shading Accent 2"/>
    <w:basedOn w:val="Normltblzat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Vilgosrnykols3jellszn">
    <w:name w:val="Light Shading Accent 3"/>
    <w:basedOn w:val="Normltblzat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Vilgosrnykols4jellszn">
    <w:name w:val="Light Shading Accent 4"/>
    <w:basedOn w:val="Normltblzat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Vilgosrnykols5jellszn">
    <w:name w:val="Light Shading Accent 5"/>
    <w:basedOn w:val="Normltblzat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Vilgosrnykols6jellszn">
    <w:name w:val="Light Shading Accent 6"/>
    <w:basedOn w:val="Normltblzat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Vilgoslista">
    <w:name w:val="Light List"/>
    <w:basedOn w:val="Normltblzat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Vilgoslista1jellszn">
    <w:name w:val="Light List Accent 1"/>
    <w:basedOn w:val="Normltblzat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Vilgoslista2jellszn">
    <w:name w:val="Light List Accent 2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Vilgoslista3jellszn">
    <w:name w:val="Light List Accent 3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Vilgoslista4jellszn">
    <w:name w:val="Light List Accent 4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Vilgoslista5jellszn">
    <w:name w:val="Light List Accent 5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Vilgoslista6jellszn">
    <w:name w:val="Light List Accent 6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Vilgosrcs">
    <w:name w:val="Light Grid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Vilgosrcs1jellszn">
    <w:name w:val="Light Grid Accent 1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Vilgosrcs2jellszn">
    <w:name w:val="Light Grid Accent 2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Vilgosrcs3jellszn">
    <w:name w:val="Light Grid Accent 3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Vilgosrcs4jellszn">
    <w:name w:val="Light Grid Accent 4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Vilgosrcs5jellszn">
    <w:name w:val="Light Grid Accent 5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Vilgosrcs6jellszn">
    <w:name w:val="Light Grid Accent 6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Kzepesrnykols1">
    <w:name w:val="Medium Shading 1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1jellszn">
    <w:name w:val="Medium Shading 1 Accent 1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2jellszn">
    <w:name w:val="Medium Shading 1 Accent 2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3jellszn">
    <w:name w:val="Medium Shading 1 Accent 3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4jellszn">
    <w:name w:val="Medium Shading 1 Accent 4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5jellszn">
    <w:name w:val="Medium Shading 1 Accent 5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6jellszn">
    <w:name w:val="Medium Shading 1 Accent 6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2">
    <w:name w:val="Medium Shading 2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1jellszn">
    <w:name w:val="Medium Shading 2 Accent 1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2jellszn">
    <w:name w:val="Medium Shading 2 Accent 2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3jellszn">
    <w:name w:val="Medium Shading 2 Accent 3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4jellszn">
    <w:name w:val="Medium Shading 2 Accent 4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5jellszn">
    <w:name w:val="Medium Shading 2 Accent 5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6jellszn">
    <w:name w:val="Medium Shading 2 Accent 6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lista1">
    <w:name w:val="Medium List 1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Kzepeslista11jellszn">
    <w:name w:val="Medium List 1 Accent 1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Kzepeslista12jellszn">
    <w:name w:val="Medium List 1 Accent 2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Kzepeslista13jellszn">
    <w:name w:val="Medium List 1 Accent 3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Kzepeslista14jellszn">
    <w:name w:val="Medium List 1 Accent 4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Kzepeslista15jellszn">
    <w:name w:val="Medium List 1 Accent 5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Kzepeslista16jellszn">
    <w:name w:val="Medium List 1 Accent 6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Kzepeslista2">
    <w:name w:val="Medium List 2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1jellszn">
    <w:name w:val="Medium List 2 Accent 1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2jellszn">
    <w:name w:val="Medium List 2 Accent 2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3jellszn">
    <w:name w:val="Medium List 2 Accent 3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4jellszn">
    <w:name w:val="Medium List 2 Accent 4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5jellszn">
    <w:name w:val="Medium List 2 Accent 5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6jellszn">
    <w:name w:val="Medium List 2 Accent 6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rcs1">
    <w:name w:val="Medium Grid 1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Kzepesrcs11jellszn">
    <w:name w:val="Medium Grid 1 Accent 1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Kzepesrcs12jellszn">
    <w:name w:val="Medium Grid 1 Accent 2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Kzepesrcs13jellszn">
    <w:name w:val="Medium Grid 1 Accent 3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Kzepesrcs14jellszn">
    <w:name w:val="Medium Grid 1 Accent 4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Kzepesrcs15jellszn">
    <w:name w:val="Medium Grid 1 Accent 5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Kzepesrcs16jellszn">
    <w:name w:val="Medium Grid 1 Accent 6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Kzepesrcs2">
    <w:name w:val="Medium Grid 2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1jellszn">
    <w:name w:val="Medium Grid 2 Accent 1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2jellszn">
    <w:name w:val="Medium Grid 2 Accent 2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3jellszn">
    <w:name w:val="Medium Grid 2 Accent 3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4jellszn">
    <w:name w:val="Medium Grid 2 Accent 4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5jellszn">
    <w:name w:val="Medium Grid 2 Accent 5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6jellszn">
    <w:name w:val="Medium Grid 2 Accent 6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3">
    <w:name w:val="Medium Grid 3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Kzepesrcs31jellszn">
    <w:name w:val="Medium Grid 3 Accent 1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Kzepesrcs32jellszn">
    <w:name w:val="Medium Grid 3 Accent 2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Kzepesrcs33jellszn">
    <w:name w:val="Medium Grid 3 Accent 3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Kzepesrcs34jellszn">
    <w:name w:val="Medium Grid 3 Accent 4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Kzepesrcs35jellszn">
    <w:name w:val="Medium Grid 3 Accent 5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Kzepesrcs36jellszn">
    <w:name w:val="Medium Grid 3 Accent 6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Sttlista">
    <w:name w:val="Dark List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Sttlista1jellszn">
    <w:name w:val="Dark List Accent 1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Sttlista2jellszn">
    <w:name w:val="Dark List Accent 2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Sttlista3jellszn">
    <w:name w:val="Dark List Accent 3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Sttlista4jellszn">
    <w:name w:val="Dark List Accent 4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Sttlista5jellszn">
    <w:name w:val="Dark List Accent 5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Sttlista6jellszn">
    <w:name w:val="Dark List Accent 6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Sznesrnykols">
    <w:name w:val="Colorful Shading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1jellszn">
    <w:name w:val="Colorful Shading Accent 1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2jellszn">
    <w:name w:val="Colorful Shading Accent 2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3jellszn">
    <w:name w:val="Colorful Shading Accent 3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znesrnykols4jellszn">
    <w:name w:val="Colorful Shading Accent 4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5jellszn">
    <w:name w:val="Colorful Shading Accent 5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6jellszn">
    <w:name w:val="Colorful Shading Accent 6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lista">
    <w:name w:val="Colorful List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Szneslista1jellszn">
    <w:name w:val="Colorful List Accent 1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Szneslista2jellszn">
    <w:name w:val="Colorful List Accent 2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Szneslista3jellszn">
    <w:name w:val="Colorful List Accent 3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Szneslista4jellszn">
    <w:name w:val="Colorful List Accent 4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Szneslista5jellszn">
    <w:name w:val="Colorful List Accent 5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Szneslista6jellszn">
    <w:name w:val="Colorful List Accent 6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Sznesrcs">
    <w:name w:val="Colorful Grid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Sznesrcs1jellszn">
    <w:name w:val="Colorful Grid Accent 1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Sznesrcs2jellszn">
    <w:name w:val="Colorful Grid Accent 2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Sznesrcs3jellszn">
    <w:name w:val="Colorful Grid Accent 3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znesrcs4jellszn">
    <w:name w:val="Colorful Grid Accent 4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Sznesrcs5jellszn">
    <w:name w:val="Colorful Grid Accent 5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znesrcs6jellszn">
    <w:name w:val="Colorful Grid Accent 6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112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891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Vargáné Hirskó Renáta</cp:lastModifiedBy>
  <cp:revision>12</cp:revision>
  <dcterms:created xsi:type="dcterms:W3CDTF">2013-12-23T23:15:00Z</dcterms:created>
  <dcterms:modified xsi:type="dcterms:W3CDTF">2025-04-17T05:58:00Z</dcterms:modified>
  <cp:category/>
</cp:coreProperties>
</file>